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CF5AC" w14:textId="77777777" w:rsidR="00CB4802" w:rsidRPr="009F43CC" w:rsidRDefault="00D1736A">
      <w:pPr>
        <w:jc w:val="center"/>
        <w:rPr>
          <w:sz w:val="24"/>
          <w:szCs w:val="24"/>
          <w:lang w:val="it-IT"/>
        </w:rPr>
      </w:pPr>
      <w:r w:rsidRPr="009F43CC">
        <w:rPr>
          <w:b/>
          <w:sz w:val="24"/>
          <w:szCs w:val="24"/>
          <w:lang w:val="it-IT"/>
        </w:rPr>
        <w:t>ANEA S.r.l.</w:t>
      </w:r>
    </w:p>
    <w:p w14:paraId="27E9B123" w14:textId="77777777" w:rsidR="00CB4802" w:rsidRPr="009F43CC" w:rsidRDefault="00D1736A">
      <w:pPr>
        <w:jc w:val="center"/>
        <w:rPr>
          <w:sz w:val="24"/>
          <w:szCs w:val="24"/>
          <w:lang w:val="it-IT"/>
        </w:rPr>
      </w:pPr>
      <w:r w:rsidRPr="009F43CC">
        <w:rPr>
          <w:b/>
          <w:sz w:val="24"/>
          <w:szCs w:val="24"/>
          <w:lang w:val="it-IT"/>
        </w:rPr>
        <w:t>MODULO PER LA PRESENTAZIONE DI OSSERVAZIONI E PROPOSTE</w:t>
      </w:r>
    </w:p>
    <w:p w14:paraId="4B3D43B0" w14:textId="77777777" w:rsidR="00CB4802" w:rsidRPr="009F43CC" w:rsidRDefault="00D1736A">
      <w:pPr>
        <w:jc w:val="center"/>
        <w:rPr>
          <w:sz w:val="24"/>
          <w:szCs w:val="24"/>
          <w:lang w:val="it-IT"/>
        </w:rPr>
      </w:pPr>
      <w:r w:rsidRPr="009F43CC">
        <w:rPr>
          <w:b/>
          <w:sz w:val="24"/>
          <w:szCs w:val="24"/>
          <w:lang w:val="it-IT"/>
        </w:rPr>
        <w:t>Consultazione pubblica sulla proposta di Piano Triennale di Prevenzione della Corruzione e della Trasparenza (PTPCT) 2026-2028 di ANEA S.r.l.</w:t>
      </w:r>
    </w:p>
    <w:p w14:paraId="085A84B7" w14:textId="77777777" w:rsidR="00CB4802" w:rsidRPr="009F43CC" w:rsidRDefault="00D1736A">
      <w:pPr>
        <w:rPr>
          <w:sz w:val="24"/>
          <w:szCs w:val="24"/>
          <w:lang w:val="it-IT"/>
        </w:rPr>
      </w:pPr>
      <w:r w:rsidRPr="009F43CC">
        <w:rPr>
          <w:sz w:val="24"/>
          <w:szCs w:val="24"/>
          <w:lang w:val="it-IT"/>
        </w:rPr>
        <w:t>Il/La sottoscritto/a</w:t>
      </w:r>
    </w:p>
    <w:p w14:paraId="13A228CA" w14:textId="77777777" w:rsidR="00CB4802" w:rsidRPr="009F43CC" w:rsidRDefault="00D1736A">
      <w:pPr>
        <w:rPr>
          <w:sz w:val="24"/>
          <w:szCs w:val="24"/>
          <w:lang w:val="it-IT"/>
        </w:rPr>
      </w:pPr>
      <w:r w:rsidRPr="009F43CC">
        <w:rPr>
          <w:b/>
          <w:sz w:val="24"/>
          <w:szCs w:val="24"/>
          <w:lang w:val="it-IT"/>
        </w:rPr>
        <w:t>Nome e cognome:</w:t>
      </w:r>
    </w:p>
    <w:p w14:paraId="4F038BB9" w14:textId="77777777" w:rsidR="00CB4802" w:rsidRPr="009F43CC" w:rsidRDefault="00D1736A">
      <w:pPr>
        <w:rPr>
          <w:sz w:val="24"/>
          <w:szCs w:val="24"/>
          <w:lang w:val="it-IT"/>
        </w:rPr>
      </w:pPr>
      <w:r w:rsidRPr="009F43CC">
        <w:rPr>
          <w:sz w:val="24"/>
          <w:szCs w:val="24"/>
          <w:lang w:val="it-IT"/>
        </w:rPr>
        <w:t>________________________________________________________________________________________________</w:t>
      </w:r>
    </w:p>
    <w:p w14:paraId="561416D7" w14:textId="77777777" w:rsidR="00CB4802" w:rsidRPr="009F43CC" w:rsidRDefault="00D1736A">
      <w:pPr>
        <w:rPr>
          <w:sz w:val="24"/>
          <w:szCs w:val="24"/>
          <w:lang w:val="it-IT"/>
        </w:rPr>
      </w:pPr>
      <w:r w:rsidRPr="009F43CC">
        <w:rPr>
          <w:b/>
          <w:sz w:val="24"/>
          <w:szCs w:val="24"/>
          <w:lang w:val="it-IT"/>
        </w:rPr>
        <w:t>in qualità di:</w:t>
      </w:r>
    </w:p>
    <w:p w14:paraId="5BBD1FC1" w14:textId="77777777" w:rsidR="00CB4802" w:rsidRPr="009F43CC" w:rsidRDefault="00D1736A">
      <w:pPr>
        <w:spacing w:after="20"/>
        <w:ind w:left="283"/>
        <w:rPr>
          <w:sz w:val="24"/>
          <w:szCs w:val="24"/>
          <w:lang w:val="it-IT"/>
        </w:rPr>
      </w:pPr>
      <w:r w:rsidRPr="009F43CC">
        <w:rPr>
          <w:sz w:val="24"/>
          <w:szCs w:val="24"/>
          <w:lang w:val="it-IT"/>
        </w:rPr>
        <w:t>☐ cittadino/a</w:t>
      </w:r>
    </w:p>
    <w:p w14:paraId="01780D4D" w14:textId="77777777" w:rsidR="00CB4802" w:rsidRPr="009F43CC" w:rsidRDefault="00D1736A">
      <w:pPr>
        <w:spacing w:after="20"/>
        <w:ind w:left="283"/>
        <w:rPr>
          <w:sz w:val="24"/>
          <w:szCs w:val="24"/>
          <w:lang w:val="it-IT"/>
        </w:rPr>
      </w:pPr>
      <w:r w:rsidRPr="009F43CC">
        <w:rPr>
          <w:sz w:val="24"/>
          <w:szCs w:val="24"/>
          <w:lang w:val="it-IT"/>
        </w:rPr>
        <w:t>☐ dipendente/collaboratore di ANEA S.r.l.</w:t>
      </w:r>
    </w:p>
    <w:p w14:paraId="75A302CF" w14:textId="77777777" w:rsidR="00CB4802" w:rsidRPr="009F43CC" w:rsidRDefault="00D1736A">
      <w:pPr>
        <w:spacing w:after="20"/>
        <w:ind w:left="283"/>
        <w:rPr>
          <w:sz w:val="24"/>
          <w:szCs w:val="24"/>
          <w:lang w:val="it-IT"/>
        </w:rPr>
      </w:pPr>
      <w:r w:rsidRPr="009F43CC">
        <w:rPr>
          <w:sz w:val="24"/>
          <w:szCs w:val="24"/>
          <w:lang w:val="it-IT"/>
        </w:rPr>
        <w:t>☐ rappresentante di associazione/organizzazione</w:t>
      </w:r>
    </w:p>
    <w:p w14:paraId="09AFB61E" w14:textId="77777777" w:rsidR="00CB4802" w:rsidRPr="009F43CC" w:rsidRDefault="00D1736A">
      <w:pPr>
        <w:spacing w:after="20"/>
        <w:ind w:left="283"/>
        <w:rPr>
          <w:sz w:val="24"/>
          <w:szCs w:val="24"/>
          <w:lang w:val="it-IT"/>
        </w:rPr>
      </w:pPr>
      <w:r w:rsidRPr="009F43CC">
        <w:rPr>
          <w:sz w:val="24"/>
          <w:szCs w:val="24"/>
          <w:lang w:val="it-IT"/>
        </w:rPr>
        <w:t>☐ operatore economico/professionista</w:t>
      </w:r>
    </w:p>
    <w:p w14:paraId="34EA3FBE" w14:textId="77777777" w:rsidR="00CB4802" w:rsidRPr="009F43CC" w:rsidRDefault="00D1736A">
      <w:pPr>
        <w:spacing w:after="20"/>
        <w:ind w:left="283"/>
        <w:rPr>
          <w:sz w:val="24"/>
          <w:szCs w:val="24"/>
          <w:lang w:val="it-IT"/>
        </w:rPr>
      </w:pPr>
      <w:r w:rsidRPr="009F43CC">
        <w:rPr>
          <w:sz w:val="24"/>
          <w:szCs w:val="24"/>
          <w:lang w:val="it-IT"/>
        </w:rPr>
        <w:t>☐ rappresentante di ente/istituzione</w:t>
      </w:r>
    </w:p>
    <w:p w14:paraId="199C2143" w14:textId="77777777" w:rsidR="00CB4802" w:rsidRPr="009F43CC" w:rsidRDefault="00D1736A">
      <w:pPr>
        <w:spacing w:after="20"/>
        <w:ind w:left="283"/>
        <w:rPr>
          <w:sz w:val="24"/>
          <w:szCs w:val="24"/>
          <w:lang w:val="it-IT"/>
        </w:rPr>
      </w:pPr>
      <w:r w:rsidRPr="009F43CC">
        <w:rPr>
          <w:sz w:val="24"/>
          <w:szCs w:val="24"/>
          <w:lang w:val="it-IT"/>
        </w:rPr>
        <w:t>☐ altro: ______________________________________________</w:t>
      </w:r>
    </w:p>
    <w:p w14:paraId="15B4B486" w14:textId="77777777" w:rsidR="00CB4802" w:rsidRPr="009F43CC" w:rsidRDefault="00D1736A">
      <w:pPr>
        <w:rPr>
          <w:sz w:val="24"/>
          <w:szCs w:val="24"/>
          <w:lang w:val="it-IT"/>
        </w:rPr>
      </w:pPr>
      <w:r w:rsidRPr="009F43CC">
        <w:rPr>
          <w:b/>
          <w:sz w:val="24"/>
          <w:szCs w:val="24"/>
          <w:lang w:val="it-IT"/>
        </w:rPr>
        <w:t>Eventuale ente/associazione/organizzazione rappresentata:</w:t>
      </w:r>
    </w:p>
    <w:p w14:paraId="507E4076" w14:textId="77777777" w:rsidR="00CB4802" w:rsidRPr="009F43CC" w:rsidRDefault="00D1736A">
      <w:pPr>
        <w:rPr>
          <w:sz w:val="24"/>
          <w:szCs w:val="24"/>
          <w:lang w:val="it-IT"/>
        </w:rPr>
      </w:pPr>
      <w:r w:rsidRPr="009F43CC">
        <w:rPr>
          <w:sz w:val="24"/>
          <w:szCs w:val="24"/>
          <w:lang w:val="it-IT"/>
        </w:rPr>
        <w:t>________________________________________________________________________________________________</w:t>
      </w:r>
    </w:p>
    <w:p w14:paraId="167BC929" w14:textId="77777777" w:rsidR="00CB4802" w:rsidRPr="009F43CC" w:rsidRDefault="00D1736A">
      <w:pPr>
        <w:rPr>
          <w:sz w:val="24"/>
          <w:szCs w:val="24"/>
          <w:lang w:val="it-IT"/>
        </w:rPr>
      </w:pPr>
      <w:r w:rsidRPr="009F43CC">
        <w:rPr>
          <w:b/>
          <w:sz w:val="24"/>
          <w:szCs w:val="24"/>
          <w:lang w:val="it-IT"/>
        </w:rPr>
        <w:t>E-mail/PEC:</w:t>
      </w:r>
    </w:p>
    <w:p w14:paraId="25E0D8A7" w14:textId="77777777" w:rsidR="00CB4802" w:rsidRPr="009F43CC" w:rsidRDefault="00D1736A">
      <w:pPr>
        <w:rPr>
          <w:sz w:val="24"/>
          <w:szCs w:val="24"/>
          <w:lang w:val="it-IT"/>
        </w:rPr>
      </w:pPr>
      <w:r w:rsidRPr="009F43CC">
        <w:rPr>
          <w:sz w:val="24"/>
          <w:szCs w:val="24"/>
          <w:lang w:val="it-IT"/>
        </w:rPr>
        <w:t>________________________________________________________________________________________________</w:t>
      </w:r>
    </w:p>
    <w:p w14:paraId="3DE43F55" w14:textId="77777777" w:rsidR="00CB4802" w:rsidRPr="009F43CC" w:rsidRDefault="00D1736A">
      <w:pPr>
        <w:jc w:val="both"/>
        <w:rPr>
          <w:sz w:val="24"/>
          <w:szCs w:val="24"/>
          <w:lang w:val="it-IT"/>
        </w:rPr>
      </w:pPr>
      <w:r w:rsidRPr="009F43CC">
        <w:rPr>
          <w:sz w:val="24"/>
          <w:szCs w:val="24"/>
          <w:lang w:val="it-IT"/>
        </w:rPr>
        <w:t>Presa visione della proposta di Piano Triennale di Prevenzione della Corruzione e della Trasparenza (PTPCT) 2026-2028 di ANEA S.r.l., pubblicata sul sito istituzionale della Società ai fini della consultazione pubblica,</w:t>
      </w:r>
    </w:p>
    <w:p w14:paraId="759BBA3E" w14:textId="77777777" w:rsidR="00AA0085" w:rsidRDefault="00AA0085">
      <w:pPr>
        <w:jc w:val="center"/>
        <w:rPr>
          <w:b/>
          <w:sz w:val="24"/>
          <w:szCs w:val="24"/>
          <w:lang w:val="it-IT"/>
        </w:rPr>
      </w:pPr>
    </w:p>
    <w:p w14:paraId="785E7059" w14:textId="67AD1216" w:rsidR="00CB4802" w:rsidRPr="009F43CC" w:rsidRDefault="00D1736A">
      <w:pPr>
        <w:jc w:val="center"/>
        <w:rPr>
          <w:sz w:val="24"/>
          <w:szCs w:val="24"/>
          <w:lang w:val="it-IT"/>
        </w:rPr>
      </w:pPr>
      <w:r w:rsidRPr="009F43CC">
        <w:rPr>
          <w:b/>
          <w:sz w:val="24"/>
          <w:szCs w:val="24"/>
          <w:lang w:val="it-IT"/>
        </w:rPr>
        <w:t>FORMULA LA SEGUENTE OSSERVAZIONE / PROPOSTA / SUGGERIMENTO</w:t>
      </w:r>
    </w:p>
    <w:p w14:paraId="5A0909AE" w14:textId="77777777" w:rsidR="00CB4802" w:rsidRPr="009F43CC" w:rsidRDefault="00D1736A">
      <w:pPr>
        <w:rPr>
          <w:sz w:val="24"/>
          <w:szCs w:val="24"/>
          <w:lang w:val="it-IT"/>
        </w:rPr>
      </w:pPr>
      <w:r w:rsidRPr="009F43CC">
        <w:rPr>
          <w:b/>
          <w:sz w:val="24"/>
          <w:szCs w:val="24"/>
          <w:lang w:val="it-IT"/>
        </w:rPr>
        <w:t>Parte, paragrafo, misura o contenuto del PTPCT cui si riferisce il contributo (se individuabile):</w:t>
      </w:r>
    </w:p>
    <w:p w14:paraId="27C54216" w14:textId="77777777" w:rsidR="00CB4802" w:rsidRPr="009F43CC" w:rsidRDefault="00D1736A">
      <w:pPr>
        <w:rPr>
          <w:sz w:val="24"/>
          <w:szCs w:val="24"/>
          <w:lang w:val="it-IT"/>
        </w:rPr>
      </w:pPr>
      <w:r w:rsidRPr="009F43CC">
        <w:rPr>
          <w:sz w:val="24"/>
          <w:szCs w:val="24"/>
          <w:lang w:val="it-IT"/>
        </w:rPr>
        <w:t>________________________________________________________________________________________________</w:t>
      </w:r>
    </w:p>
    <w:p w14:paraId="558512B8" w14:textId="77777777" w:rsidR="00CB4802" w:rsidRPr="009F43CC" w:rsidRDefault="00D1736A">
      <w:pPr>
        <w:rPr>
          <w:sz w:val="24"/>
          <w:szCs w:val="24"/>
          <w:lang w:val="it-IT"/>
        </w:rPr>
      </w:pPr>
      <w:r w:rsidRPr="009F43CC">
        <w:rPr>
          <w:sz w:val="24"/>
          <w:szCs w:val="24"/>
          <w:lang w:val="it-IT"/>
        </w:rPr>
        <w:t>________________________________________________________________________________________________</w:t>
      </w:r>
    </w:p>
    <w:p w14:paraId="6D2BF6AE" w14:textId="77777777" w:rsidR="00CB4802" w:rsidRPr="009F43CC" w:rsidRDefault="00D1736A">
      <w:pPr>
        <w:rPr>
          <w:sz w:val="24"/>
          <w:szCs w:val="24"/>
          <w:lang w:val="it-IT"/>
        </w:rPr>
      </w:pPr>
      <w:r w:rsidRPr="009F43CC">
        <w:rPr>
          <w:b/>
          <w:sz w:val="24"/>
          <w:szCs w:val="24"/>
          <w:lang w:val="it-IT"/>
        </w:rPr>
        <w:t>Osservazione / proposta / suggerimento:</w:t>
      </w:r>
    </w:p>
    <w:p w14:paraId="4AA3693F" w14:textId="77777777" w:rsidR="00CB4802" w:rsidRPr="009F43CC" w:rsidRDefault="00D1736A">
      <w:pPr>
        <w:rPr>
          <w:sz w:val="24"/>
          <w:szCs w:val="24"/>
          <w:lang w:val="it-IT"/>
        </w:rPr>
      </w:pPr>
      <w:r w:rsidRPr="009F43CC">
        <w:rPr>
          <w:sz w:val="24"/>
          <w:szCs w:val="24"/>
          <w:lang w:val="it-IT"/>
        </w:rPr>
        <w:t>________________________________________________________________________________________________</w:t>
      </w:r>
    </w:p>
    <w:p w14:paraId="7A096F6C" w14:textId="77777777" w:rsidR="00CB4802" w:rsidRPr="009F43CC" w:rsidRDefault="00D1736A">
      <w:pPr>
        <w:rPr>
          <w:sz w:val="24"/>
          <w:szCs w:val="24"/>
          <w:lang w:val="it-IT"/>
        </w:rPr>
      </w:pPr>
      <w:r w:rsidRPr="009F43CC">
        <w:rPr>
          <w:sz w:val="24"/>
          <w:szCs w:val="24"/>
          <w:lang w:val="it-IT"/>
        </w:rPr>
        <w:t>________________________________________________________________________________________________</w:t>
      </w:r>
    </w:p>
    <w:p w14:paraId="570484C2" w14:textId="77777777" w:rsidR="00CB4802" w:rsidRPr="009F43CC" w:rsidRDefault="00D1736A">
      <w:pPr>
        <w:rPr>
          <w:sz w:val="24"/>
          <w:szCs w:val="24"/>
          <w:lang w:val="it-IT"/>
        </w:rPr>
      </w:pPr>
      <w:r w:rsidRPr="009F43CC">
        <w:rPr>
          <w:sz w:val="24"/>
          <w:szCs w:val="24"/>
          <w:lang w:val="it-IT"/>
        </w:rPr>
        <w:lastRenderedPageBreak/>
        <w:t>________________________________________________________________________________________________</w:t>
      </w:r>
    </w:p>
    <w:p w14:paraId="6365F080" w14:textId="77777777" w:rsidR="00CB4802" w:rsidRPr="009F43CC" w:rsidRDefault="00D1736A">
      <w:pPr>
        <w:rPr>
          <w:sz w:val="24"/>
          <w:szCs w:val="24"/>
          <w:lang w:val="it-IT"/>
        </w:rPr>
      </w:pPr>
      <w:r w:rsidRPr="009F43CC">
        <w:rPr>
          <w:sz w:val="24"/>
          <w:szCs w:val="24"/>
          <w:lang w:val="it-IT"/>
        </w:rPr>
        <w:t>________________________________________________________________________________________________</w:t>
      </w:r>
    </w:p>
    <w:p w14:paraId="58C83929" w14:textId="77777777" w:rsidR="00CB4802" w:rsidRPr="009F43CC" w:rsidRDefault="00D1736A">
      <w:pPr>
        <w:rPr>
          <w:sz w:val="24"/>
          <w:szCs w:val="24"/>
          <w:lang w:val="it-IT"/>
        </w:rPr>
      </w:pPr>
      <w:r w:rsidRPr="009F43CC">
        <w:rPr>
          <w:b/>
          <w:sz w:val="24"/>
          <w:szCs w:val="24"/>
          <w:lang w:val="it-IT"/>
        </w:rPr>
        <w:t>Motivazione ed eventuali elementi a supporto:</w:t>
      </w:r>
    </w:p>
    <w:p w14:paraId="1445D1DC" w14:textId="77777777" w:rsidR="00CB4802" w:rsidRPr="009F43CC" w:rsidRDefault="00D1736A">
      <w:pPr>
        <w:rPr>
          <w:sz w:val="24"/>
          <w:szCs w:val="24"/>
          <w:lang w:val="it-IT"/>
        </w:rPr>
      </w:pPr>
      <w:r w:rsidRPr="009F43CC">
        <w:rPr>
          <w:sz w:val="24"/>
          <w:szCs w:val="24"/>
          <w:lang w:val="it-IT"/>
        </w:rPr>
        <w:t>________________________________________________________________________________________________</w:t>
      </w:r>
    </w:p>
    <w:p w14:paraId="559090FB" w14:textId="77777777" w:rsidR="00CB4802" w:rsidRPr="009F43CC" w:rsidRDefault="00D1736A">
      <w:pPr>
        <w:rPr>
          <w:sz w:val="24"/>
          <w:szCs w:val="24"/>
          <w:lang w:val="it-IT"/>
        </w:rPr>
      </w:pPr>
      <w:r w:rsidRPr="009F43CC">
        <w:rPr>
          <w:sz w:val="24"/>
          <w:szCs w:val="24"/>
          <w:lang w:val="it-IT"/>
        </w:rPr>
        <w:t>________________________________________________________________________________________________</w:t>
      </w:r>
    </w:p>
    <w:p w14:paraId="2616BF88" w14:textId="77777777" w:rsidR="00CB4802" w:rsidRPr="009F43CC" w:rsidRDefault="00D1736A">
      <w:pPr>
        <w:rPr>
          <w:sz w:val="24"/>
          <w:szCs w:val="24"/>
          <w:lang w:val="it-IT"/>
        </w:rPr>
      </w:pPr>
      <w:r w:rsidRPr="009F43CC">
        <w:rPr>
          <w:sz w:val="24"/>
          <w:szCs w:val="24"/>
          <w:lang w:val="it-IT"/>
        </w:rPr>
        <w:t>________________________________________________________________________________________________</w:t>
      </w:r>
    </w:p>
    <w:p w14:paraId="51BE8FC9" w14:textId="77777777" w:rsidR="00CB4802" w:rsidRPr="009F43CC" w:rsidRDefault="00D1736A">
      <w:pPr>
        <w:rPr>
          <w:sz w:val="24"/>
          <w:szCs w:val="24"/>
          <w:lang w:val="it-IT"/>
        </w:rPr>
      </w:pPr>
      <w:r w:rsidRPr="009F43CC">
        <w:rPr>
          <w:b/>
          <w:sz w:val="24"/>
          <w:szCs w:val="24"/>
          <w:lang w:val="it-IT"/>
        </w:rPr>
        <w:t>Eventuale documentazione allegata:</w:t>
      </w:r>
    </w:p>
    <w:p w14:paraId="169EE185" w14:textId="77777777" w:rsidR="00CB4802" w:rsidRPr="009F43CC" w:rsidRDefault="00D1736A">
      <w:pPr>
        <w:rPr>
          <w:sz w:val="24"/>
          <w:szCs w:val="24"/>
          <w:lang w:val="it-IT"/>
        </w:rPr>
      </w:pPr>
      <w:r w:rsidRPr="009F43CC">
        <w:rPr>
          <w:sz w:val="24"/>
          <w:szCs w:val="24"/>
          <w:lang w:val="it-IT"/>
        </w:rPr>
        <w:t>________________________________________________________________________________________________</w:t>
      </w:r>
    </w:p>
    <w:p w14:paraId="683E7A70" w14:textId="77777777" w:rsidR="00CB4802" w:rsidRDefault="00D1736A">
      <w:pPr>
        <w:jc w:val="both"/>
        <w:rPr>
          <w:sz w:val="24"/>
          <w:szCs w:val="24"/>
          <w:lang w:val="it-IT"/>
        </w:rPr>
      </w:pPr>
      <w:r w:rsidRPr="009F43CC">
        <w:rPr>
          <w:sz w:val="24"/>
          <w:szCs w:val="24"/>
          <w:lang w:val="it-IT"/>
        </w:rPr>
        <w:t>Il/La sottoscritto/a dichiara che il contributo presentato è finalizzato alla partecipazione alla consultazione pubblica relativa alla proposta di PTPCT 2026-2028 di ANEA S.r.l.</w:t>
      </w:r>
    </w:p>
    <w:p w14:paraId="57085AFD" w14:textId="77777777" w:rsidR="00AA0085" w:rsidRDefault="00AA0085">
      <w:pPr>
        <w:jc w:val="both"/>
        <w:rPr>
          <w:sz w:val="24"/>
          <w:szCs w:val="24"/>
          <w:lang w:val="it-IT"/>
        </w:rPr>
      </w:pPr>
    </w:p>
    <w:p w14:paraId="46D4CD3E" w14:textId="77777777" w:rsidR="00AA0085" w:rsidRPr="00AA0085" w:rsidRDefault="00AA0085" w:rsidP="00AA0085">
      <w:pPr>
        <w:jc w:val="both"/>
        <w:rPr>
          <w:b/>
          <w:bCs/>
          <w:sz w:val="24"/>
          <w:szCs w:val="24"/>
          <w:lang w:val="it-IT"/>
        </w:rPr>
      </w:pPr>
      <w:r w:rsidRPr="00AA0085">
        <w:rPr>
          <w:b/>
          <w:bCs/>
          <w:sz w:val="24"/>
          <w:szCs w:val="24"/>
          <w:lang w:val="it-IT"/>
        </w:rPr>
        <w:t>INFORMATIVA PRIVACY E SOTTOSCRIZIONE</w:t>
      </w:r>
    </w:p>
    <w:p w14:paraId="6CD29C29" w14:textId="77777777" w:rsidR="00AA0085" w:rsidRPr="00AA0085" w:rsidRDefault="00AA0085" w:rsidP="00AA0085">
      <w:pPr>
        <w:jc w:val="both"/>
        <w:rPr>
          <w:sz w:val="24"/>
          <w:szCs w:val="24"/>
          <w:lang w:val="it-IT"/>
        </w:rPr>
      </w:pPr>
      <w:r w:rsidRPr="00AA0085">
        <w:rPr>
          <w:sz w:val="24"/>
          <w:szCs w:val="24"/>
          <w:lang w:val="it-IT"/>
        </w:rPr>
        <w:t>Il sottoscritto dichiara di essere informato che i dati personali raccolti saranno trattati dall'Amministrazione esclusivamente per le finalità legate alla gestione della consultazione pubblica sul PTPCT, nel rispetto del Regolamento UE 2016/679 (GDPR).</w:t>
      </w:r>
    </w:p>
    <w:p w14:paraId="23A4FB11" w14:textId="77777777" w:rsidR="00AA0085" w:rsidRDefault="00AA0085" w:rsidP="00AA0085">
      <w:pPr>
        <w:jc w:val="both"/>
        <w:rPr>
          <w:b/>
          <w:bCs/>
          <w:sz w:val="24"/>
          <w:szCs w:val="24"/>
          <w:lang w:val="it-IT"/>
        </w:rPr>
      </w:pPr>
    </w:p>
    <w:p w14:paraId="66BDCC86" w14:textId="1BBC58BD" w:rsidR="00AA0085" w:rsidRPr="00AA0085" w:rsidRDefault="00AA0085" w:rsidP="00AA0085">
      <w:pPr>
        <w:jc w:val="both"/>
        <w:rPr>
          <w:sz w:val="24"/>
          <w:szCs w:val="24"/>
          <w:lang w:val="it-IT"/>
        </w:rPr>
      </w:pPr>
      <w:r w:rsidRPr="00AA0085">
        <w:rPr>
          <w:b/>
          <w:bCs/>
          <w:sz w:val="24"/>
          <w:szCs w:val="24"/>
          <w:lang w:val="it-IT"/>
        </w:rPr>
        <w:t>Luogo e Data:</w:t>
      </w:r>
      <w:r w:rsidRPr="00AA0085">
        <w:rPr>
          <w:sz w:val="24"/>
          <w:szCs w:val="24"/>
          <w:lang w:val="it-IT"/>
        </w:rPr>
        <w:t xml:space="preserve"> ______________________</w:t>
      </w:r>
    </w:p>
    <w:p w14:paraId="43D5F7D6" w14:textId="77777777" w:rsidR="00AA0085" w:rsidRDefault="00AA0085" w:rsidP="00AA0085">
      <w:pPr>
        <w:jc w:val="both"/>
        <w:rPr>
          <w:b/>
          <w:bCs/>
          <w:sz w:val="24"/>
          <w:szCs w:val="24"/>
          <w:lang w:val="it-IT"/>
        </w:rPr>
      </w:pPr>
    </w:p>
    <w:p w14:paraId="1A5C25CC" w14:textId="0B407BB1" w:rsidR="00AA0085" w:rsidRPr="00AA0085" w:rsidRDefault="00AA0085" w:rsidP="00AA0085">
      <w:pPr>
        <w:jc w:val="both"/>
        <w:rPr>
          <w:sz w:val="24"/>
          <w:szCs w:val="24"/>
          <w:lang w:val="it-IT"/>
        </w:rPr>
      </w:pPr>
      <w:r w:rsidRPr="00AA0085">
        <w:rPr>
          <w:b/>
          <w:bCs/>
          <w:sz w:val="24"/>
          <w:szCs w:val="24"/>
          <w:lang w:val="it-IT"/>
        </w:rPr>
        <w:t>Firma del proponente:</w:t>
      </w:r>
      <w:r w:rsidRPr="00AA0085">
        <w:rPr>
          <w:sz w:val="24"/>
          <w:szCs w:val="24"/>
          <w:lang w:val="it-IT"/>
        </w:rPr>
        <w:t xml:space="preserve"> ______________________</w:t>
      </w:r>
    </w:p>
    <w:p w14:paraId="2CEBC8A5" w14:textId="77777777" w:rsidR="00AA0085" w:rsidRPr="009F43CC" w:rsidRDefault="00AA0085">
      <w:pPr>
        <w:jc w:val="both"/>
        <w:rPr>
          <w:sz w:val="24"/>
          <w:szCs w:val="24"/>
          <w:lang w:val="it-IT"/>
        </w:rPr>
      </w:pPr>
    </w:p>
    <w:p w14:paraId="0F8D8234" w14:textId="77777777" w:rsidR="009F43CC" w:rsidRDefault="009F43CC">
      <w:pPr>
        <w:rPr>
          <w:b/>
          <w:sz w:val="24"/>
          <w:szCs w:val="24"/>
          <w:lang w:val="it-IT"/>
        </w:rPr>
      </w:pPr>
    </w:p>
    <w:p w14:paraId="294A4057" w14:textId="77777777" w:rsidR="009F43CC" w:rsidRDefault="009F43CC">
      <w:pPr>
        <w:rPr>
          <w:b/>
          <w:sz w:val="24"/>
          <w:szCs w:val="24"/>
          <w:lang w:val="it-IT"/>
        </w:rPr>
      </w:pPr>
    </w:p>
    <w:p w14:paraId="67F71763" w14:textId="77777777" w:rsidR="004865F0" w:rsidRDefault="004865F0">
      <w:pPr>
        <w:rPr>
          <w:b/>
          <w:sz w:val="24"/>
          <w:szCs w:val="24"/>
          <w:lang w:val="it-IT"/>
        </w:rPr>
      </w:pPr>
    </w:p>
    <w:p w14:paraId="4BF0104B" w14:textId="77777777" w:rsidR="004865F0" w:rsidRDefault="004865F0">
      <w:pPr>
        <w:rPr>
          <w:b/>
          <w:sz w:val="24"/>
          <w:szCs w:val="24"/>
          <w:lang w:val="it-IT"/>
        </w:rPr>
      </w:pPr>
    </w:p>
    <w:p w14:paraId="5175C970" w14:textId="77777777" w:rsidR="004865F0" w:rsidRDefault="004865F0">
      <w:pPr>
        <w:rPr>
          <w:b/>
          <w:sz w:val="24"/>
          <w:szCs w:val="24"/>
          <w:lang w:val="it-IT"/>
        </w:rPr>
      </w:pPr>
    </w:p>
    <w:p w14:paraId="40740DD0" w14:textId="77777777" w:rsidR="004865F0" w:rsidRDefault="004865F0">
      <w:pPr>
        <w:rPr>
          <w:b/>
          <w:sz w:val="24"/>
          <w:szCs w:val="24"/>
          <w:lang w:val="it-IT"/>
        </w:rPr>
      </w:pPr>
    </w:p>
    <w:p w14:paraId="7F9D7AEE" w14:textId="77777777" w:rsidR="004865F0" w:rsidRDefault="004865F0">
      <w:pPr>
        <w:rPr>
          <w:b/>
          <w:sz w:val="24"/>
          <w:szCs w:val="24"/>
          <w:lang w:val="it-IT"/>
        </w:rPr>
      </w:pPr>
    </w:p>
    <w:p w14:paraId="3025DEC0" w14:textId="77777777" w:rsidR="004865F0" w:rsidRDefault="004865F0">
      <w:pPr>
        <w:rPr>
          <w:b/>
          <w:sz w:val="24"/>
          <w:szCs w:val="24"/>
          <w:lang w:val="it-IT"/>
        </w:rPr>
      </w:pPr>
    </w:p>
    <w:p w14:paraId="06CED976" w14:textId="77777777" w:rsidR="004865F0" w:rsidRDefault="004865F0">
      <w:pPr>
        <w:rPr>
          <w:b/>
          <w:sz w:val="24"/>
          <w:szCs w:val="24"/>
          <w:lang w:val="it-IT"/>
        </w:rPr>
      </w:pPr>
    </w:p>
    <w:p w14:paraId="6C0DEAFE" w14:textId="77777777" w:rsidR="004865F0" w:rsidRDefault="004865F0">
      <w:pPr>
        <w:rPr>
          <w:b/>
          <w:sz w:val="24"/>
          <w:szCs w:val="24"/>
          <w:lang w:val="it-IT"/>
        </w:rPr>
      </w:pPr>
    </w:p>
    <w:p w14:paraId="433949F6" w14:textId="77777777" w:rsidR="004865F0" w:rsidRDefault="004865F0">
      <w:pPr>
        <w:rPr>
          <w:b/>
          <w:sz w:val="24"/>
          <w:szCs w:val="24"/>
          <w:lang w:val="it-IT"/>
        </w:rPr>
      </w:pPr>
    </w:p>
    <w:p w14:paraId="68418282" w14:textId="77777777" w:rsidR="004865F0" w:rsidRDefault="004865F0">
      <w:pPr>
        <w:rPr>
          <w:b/>
          <w:sz w:val="24"/>
          <w:szCs w:val="24"/>
          <w:lang w:val="it-IT"/>
        </w:rPr>
      </w:pPr>
    </w:p>
    <w:p w14:paraId="7CB7E419" w14:textId="77777777" w:rsidR="004865F0" w:rsidRDefault="004865F0">
      <w:pPr>
        <w:rPr>
          <w:b/>
          <w:sz w:val="24"/>
          <w:szCs w:val="24"/>
          <w:lang w:val="it-IT"/>
        </w:rPr>
      </w:pPr>
    </w:p>
    <w:p w14:paraId="3734B52A" w14:textId="77777777" w:rsidR="004865F0" w:rsidRDefault="004865F0">
      <w:pPr>
        <w:rPr>
          <w:b/>
          <w:sz w:val="24"/>
          <w:szCs w:val="24"/>
          <w:lang w:val="it-IT"/>
        </w:rPr>
      </w:pPr>
    </w:p>
    <w:p w14:paraId="15D3BB44" w14:textId="77777777" w:rsidR="004865F0" w:rsidRDefault="004865F0">
      <w:pPr>
        <w:rPr>
          <w:b/>
          <w:sz w:val="24"/>
          <w:szCs w:val="24"/>
          <w:lang w:val="it-IT"/>
        </w:rPr>
      </w:pPr>
    </w:p>
    <w:p w14:paraId="520D976F" w14:textId="77777777" w:rsidR="004865F0" w:rsidRDefault="004865F0">
      <w:pPr>
        <w:rPr>
          <w:b/>
          <w:sz w:val="24"/>
          <w:szCs w:val="24"/>
          <w:lang w:val="it-IT"/>
        </w:rPr>
      </w:pPr>
    </w:p>
    <w:p w14:paraId="739CB4D3" w14:textId="77777777" w:rsidR="004865F0" w:rsidRDefault="004865F0">
      <w:pPr>
        <w:rPr>
          <w:b/>
          <w:sz w:val="24"/>
          <w:szCs w:val="24"/>
          <w:lang w:val="it-IT"/>
        </w:rPr>
      </w:pPr>
    </w:p>
    <w:p w14:paraId="01173B6B" w14:textId="6E7758F6" w:rsidR="00CB4802" w:rsidRPr="009F43CC" w:rsidRDefault="00D1736A">
      <w:pPr>
        <w:rPr>
          <w:sz w:val="24"/>
          <w:szCs w:val="24"/>
          <w:lang w:val="it-IT"/>
        </w:rPr>
      </w:pPr>
      <w:r w:rsidRPr="009F43CC">
        <w:rPr>
          <w:b/>
          <w:sz w:val="24"/>
          <w:szCs w:val="24"/>
          <w:lang w:val="it-IT"/>
        </w:rPr>
        <w:t>MODALITÀ DI TRASMISSIONE</w:t>
      </w:r>
    </w:p>
    <w:p w14:paraId="734F3310" w14:textId="77777777" w:rsidR="00CB4802" w:rsidRPr="009F43CC" w:rsidRDefault="00D1736A">
      <w:pPr>
        <w:jc w:val="both"/>
        <w:rPr>
          <w:sz w:val="24"/>
          <w:szCs w:val="24"/>
          <w:lang w:val="it-IT"/>
        </w:rPr>
      </w:pPr>
      <w:r w:rsidRPr="009F43CC">
        <w:rPr>
          <w:sz w:val="24"/>
          <w:szCs w:val="24"/>
          <w:lang w:val="it-IT"/>
        </w:rPr>
        <w:t>Il presente modulo, debitamente compilato, dovrà essere trasmesso entro il termine indicato nell’Avviso pubblico di consultazione, mediante una delle seguenti modalità:</w:t>
      </w:r>
    </w:p>
    <w:p w14:paraId="4066D9AF" w14:textId="77777777" w:rsidR="00CB4802" w:rsidRPr="009F43CC" w:rsidRDefault="00D1736A">
      <w:pPr>
        <w:ind w:left="283"/>
        <w:rPr>
          <w:sz w:val="24"/>
          <w:szCs w:val="24"/>
          <w:lang w:val="it-IT"/>
        </w:rPr>
      </w:pPr>
      <w:r w:rsidRPr="009F43CC">
        <w:rPr>
          <w:b/>
          <w:sz w:val="24"/>
          <w:szCs w:val="24"/>
          <w:lang w:val="it-IT"/>
        </w:rPr>
        <w:t xml:space="preserve">Posta elettronica: </w:t>
      </w:r>
      <w:r w:rsidRPr="009F43CC">
        <w:rPr>
          <w:sz w:val="24"/>
          <w:szCs w:val="24"/>
          <w:lang w:val="it-IT"/>
        </w:rPr>
        <w:t>anticorruzione@anea.eu</w:t>
      </w:r>
    </w:p>
    <w:p w14:paraId="44B9F11B" w14:textId="77777777" w:rsidR="00CB4802" w:rsidRPr="009F43CC" w:rsidRDefault="00D1736A">
      <w:pPr>
        <w:ind w:left="283"/>
        <w:rPr>
          <w:sz w:val="24"/>
          <w:szCs w:val="24"/>
          <w:lang w:val="it-IT"/>
        </w:rPr>
      </w:pPr>
      <w:r w:rsidRPr="009F43CC">
        <w:rPr>
          <w:b/>
          <w:sz w:val="24"/>
          <w:szCs w:val="24"/>
          <w:lang w:val="it-IT"/>
        </w:rPr>
        <w:t xml:space="preserve">Posta elettronica certificata (PEC): </w:t>
      </w:r>
      <w:r w:rsidRPr="009F43CC">
        <w:rPr>
          <w:sz w:val="24"/>
          <w:szCs w:val="24"/>
          <w:lang w:val="it-IT"/>
        </w:rPr>
        <w:t>anea@legalmail.it</w:t>
      </w:r>
    </w:p>
    <w:p w14:paraId="2C636D2E" w14:textId="77777777" w:rsidR="00CB4802" w:rsidRPr="009F43CC" w:rsidRDefault="00D1736A">
      <w:pPr>
        <w:jc w:val="center"/>
        <w:rPr>
          <w:sz w:val="24"/>
          <w:szCs w:val="24"/>
          <w:lang w:val="it-IT"/>
        </w:rPr>
      </w:pPr>
      <w:r w:rsidRPr="009F43CC">
        <w:rPr>
          <w:sz w:val="24"/>
          <w:szCs w:val="24"/>
          <w:lang w:val="it-IT"/>
        </w:rPr>
        <w:t>indicando nell’oggetto:</w:t>
      </w:r>
    </w:p>
    <w:p w14:paraId="7D60456A" w14:textId="77777777" w:rsidR="00CB4802" w:rsidRPr="009F43CC" w:rsidRDefault="00D1736A">
      <w:pPr>
        <w:jc w:val="center"/>
        <w:rPr>
          <w:sz w:val="24"/>
          <w:szCs w:val="24"/>
          <w:lang w:val="it-IT"/>
        </w:rPr>
      </w:pPr>
      <w:r w:rsidRPr="009F43CC">
        <w:rPr>
          <w:b/>
          <w:sz w:val="24"/>
          <w:szCs w:val="24"/>
          <w:lang w:val="it-IT"/>
        </w:rPr>
        <w:t>“Consultazione pubblica PTPCT ANEA 2026-2028”</w:t>
      </w:r>
    </w:p>
    <w:p w14:paraId="7153ED30" w14:textId="77777777" w:rsidR="00CB4802" w:rsidRPr="009F43CC" w:rsidRDefault="00D1736A" w:rsidP="004010F3">
      <w:pPr>
        <w:jc w:val="both"/>
        <w:rPr>
          <w:sz w:val="24"/>
          <w:szCs w:val="24"/>
          <w:lang w:val="it-IT"/>
        </w:rPr>
      </w:pPr>
      <w:r w:rsidRPr="009F43CC">
        <w:rPr>
          <w:sz w:val="24"/>
          <w:szCs w:val="24"/>
          <w:lang w:val="it-IT"/>
        </w:rPr>
        <w:t>È comunque ammessa la presentazione di osservazioni, proposte o suggerimenti in forma libera, purché chiaramente riferibili alla consultazione in oggetto e trasmessi entro il termine previsto dall’Avviso.</w:t>
      </w:r>
    </w:p>
    <w:p w14:paraId="6A4B88C4" w14:textId="77777777" w:rsidR="004010F3" w:rsidRPr="009F43CC" w:rsidRDefault="004010F3" w:rsidP="004010F3">
      <w:pPr>
        <w:pStyle w:val="Nessunaspaziatura"/>
        <w:spacing w:after="100" w:line="259" w:lineRule="auto"/>
        <w:jc w:val="both"/>
        <w:rPr>
          <w:rFonts w:ascii="Arial" w:hAnsi="Arial" w:cs="Arial"/>
          <w:b/>
          <w:bCs/>
          <w:sz w:val="24"/>
          <w:szCs w:val="24"/>
          <w:lang w:val="it-IT" w:eastAsia="ja-JP"/>
        </w:rPr>
      </w:pPr>
      <w:r w:rsidRPr="009F43CC">
        <w:rPr>
          <w:rFonts w:ascii="Arial" w:hAnsi="Arial" w:cs="Arial"/>
          <w:b/>
          <w:bCs/>
          <w:sz w:val="24"/>
          <w:szCs w:val="24"/>
          <w:lang w:val="it-IT" w:eastAsia="ja-JP"/>
        </w:rPr>
        <w:t>TRATTAMENTO DEI DATI PERSONALI</w:t>
      </w:r>
    </w:p>
    <w:p w14:paraId="6ECABFAF" w14:textId="77777777" w:rsidR="004010F3" w:rsidRPr="009F43CC" w:rsidRDefault="004010F3" w:rsidP="004010F3">
      <w:pPr>
        <w:pStyle w:val="Nessunaspaziatura"/>
        <w:spacing w:after="100" w:line="259" w:lineRule="auto"/>
        <w:jc w:val="both"/>
        <w:rPr>
          <w:rFonts w:ascii="Arial" w:hAnsi="Arial" w:cs="Arial"/>
          <w:sz w:val="24"/>
          <w:szCs w:val="24"/>
          <w:lang w:val="it-IT" w:eastAsia="ja-JP"/>
        </w:rPr>
      </w:pPr>
      <w:r w:rsidRPr="009F43CC">
        <w:rPr>
          <w:rFonts w:ascii="Arial" w:hAnsi="Arial" w:cs="Arial"/>
          <w:sz w:val="24"/>
          <w:szCs w:val="24"/>
          <w:lang w:val="it-IT" w:eastAsia="ja-JP"/>
        </w:rPr>
        <w:t xml:space="preserve">I dati personali eventualmente forniti nell’ambito della presente consultazione saranno trattati da </w:t>
      </w:r>
      <w:r w:rsidRPr="009F43CC">
        <w:rPr>
          <w:rFonts w:ascii="Arial" w:hAnsi="Arial" w:cs="Arial"/>
          <w:b/>
          <w:bCs/>
          <w:sz w:val="24"/>
          <w:szCs w:val="24"/>
          <w:lang w:val="it-IT" w:eastAsia="ja-JP"/>
        </w:rPr>
        <w:t>ANEA S.r.l.</w:t>
      </w:r>
      <w:r w:rsidRPr="009F43CC">
        <w:rPr>
          <w:rFonts w:ascii="Arial" w:hAnsi="Arial" w:cs="Arial"/>
          <w:sz w:val="24"/>
          <w:szCs w:val="24"/>
          <w:lang w:val="it-IT" w:eastAsia="ja-JP"/>
        </w:rPr>
        <w:t xml:space="preserve">, esclusivamente per le finalità connesse alla gestione della procedura di consultazione pubblica e per i conseguenti adempimenti istituzionali, nel rispetto del </w:t>
      </w:r>
      <w:r w:rsidRPr="009F43CC">
        <w:rPr>
          <w:rFonts w:ascii="Arial" w:hAnsi="Arial" w:cs="Arial"/>
          <w:b/>
          <w:bCs/>
          <w:sz w:val="24"/>
          <w:szCs w:val="24"/>
          <w:lang w:val="it-IT" w:eastAsia="ja-JP"/>
        </w:rPr>
        <w:t>Regolamento (UE) 2016/679 (GDPR)</w:t>
      </w:r>
      <w:r w:rsidRPr="009F43CC">
        <w:rPr>
          <w:rFonts w:ascii="Arial" w:hAnsi="Arial" w:cs="Arial"/>
          <w:sz w:val="24"/>
          <w:szCs w:val="24"/>
          <w:lang w:val="it-IT" w:eastAsia="ja-JP"/>
        </w:rPr>
        <w:t xml:space="preserve">, del </w:t>
      </w:r>
      <w:proofErr w:type="spellStart"/>
      <w:r w:rsidRPr="009F43CC">
        <w:rPr>
          <w:rFonts w:ascii="Arial" w:hAnsi="Arial" w:cs="Arial"/>
          <w:b/>
          <w:bCs/>
          <w:sz w:val="24"/>
          <w:szCs w:val="24"/>
          <w:lang w:val="it-IT" w:eastAsia="ja-JP"/>
        </w:rPr>
        <w:t>D.Lgs.</w:t>
      </w:r>
      <w:proofErr w:type="spellEnd"/>
      <w:r w:rsidRPr="009F43CC">
        <w:rPr>
          <w:rFonts w:ascii="Arial" w:hAnsi="Arial" w:cs="Arial"/>
          <w:b/>
          <w:bCs/>
          <w:sz w:val="24"/>
          <w:szCs w:val="24"/>
          <w:lang w:val="it-IT" w:eastAsia="ja-JP"/>
        </w:rPr>
        <w:t xml:space="preserve"> 30 giugno 2003, n. 196 – Codice in materia di protezione dei dati personali, come modificato dal </w:t>
      </w:r>
      <w:proofErr w:type="spellStart"/>
      <w:r w:rsidRPr="009F43CC">
        <w:rPr>
          <w:rFonts w:ascii="Arial" w:hAnsi="Arial" w:cs="Arial"/>
          <w:b/>
          <w:bCs/>
          <w:sz w:val="24"/>
          <w:szCs w:val="24"/>
          <w:lang w:val="it-IT" w:eastAsia="ja-JP"/>
        </w:rPr>
        <w:t>D.Lgs.</w:t>
      </w:r>
      <w:proofErr w:type="spellEnd"/>
      <w:r w:rsidRPr="009F43CC">
        <w:rPr>
          <w:rFonts w:ascii="Arial" w:hAnsi="Arial" w:cs="Arial"/>
          <w:b/>
          <w:bCs/>
          <w:sz w:val="24"/>
          <w:szCs w:val="24"/>
          <w:lang w:val="it-IT" w:eastAsia="ja-JP"/>
        </w:rPr>
        <w:t xml:space="preserve"> 10 agosto 2018, n. 101</w:t>
      </w:r>
      <w:r w:rsidRPr="009F43CC">
        <w:rPr>
          <w:rFonts w:ascii="Arial" w:hAnsi="Arial" w:cs="Arial"/>
          <w:sz w:val="24"/>
          <w:szCs w:val="24"/>
          <w:lang w:val="it-IT" w:eastAsia="ja-JP"/>
        </w:rPr>
        <w:t>, nonché della normativa vigente in materia di protezione dei dati personali.</w:t>
      </w:r>
    </w:p>
    <w:p w14:paraId="73289FC5" w14:textId="77777777" w:rsidR="004010F3" w:rsidRPr="009F43CC" w:rsidRDefault="004010F3" w:rsidP="004010F3">
      <w:pPr>
        <w:pStyle w:val="Nessunaspaziatura"/>
        <w:spacing w:after="100" w:line="259" w:lineRule="auto"/>
        <w:jc w:val="both"/>
        <w:rPr>
          <w:rFonts w:ascii="Arial" w:hAnsi="Arial" w:cs="Arial"/>
          <w:sz w:val="24"/>
          <w:szCs w:val="24"/>
          <w:lang w:val="it-IT" w:eastAsia="ja-JP"/>
        </w:rPr>
      </w:pPr>
      <w:r w:rsidRPr="009F43CC">
        <w:rPr>
          <w:rFonts w:ascii="Arial" w:hAnsi="Arial" w:cs="Arial"/>
          <w:sz w:val="24"/>
          <w:szCs w:val="24"/>
          <w:lang w:val="it-IT" w:eastAsia="ja-JP"/>
        </w:rPr>
        <w:t>I dati saranno trattati nel rispetto dei principi di liceità, correttezza, trasparenza, pertinenza e minimizzazione e saranno conservati per il tempo necessario al perseguimento delle finalità connesse alla presente consultazione e ai conseguenti adempimenti.</w:t>
      </w:r>
    </w:p>
    <w:p w14:paraId="78864ADD" w14:textId="77777777" w:rsidR="004010F3" w:rsidRPr="009F43CC" w:rsidRDefault="004010F3" w:rsidP="004010F3">
      <w:pPr>
        <w:pStyle w:val="Nessunaspaziatura"/>
        <w:spacing w:after="100" w:line="259" w:lineRule="auto"/>
        <w:jc w:val="both"/>
        <w:rPr>
          <w:rFonts w:ascii="Arial" w:hAnsi="Arial" w:cs="Arial"/>
          <w:sz w:val="24"/>
          <w:szCs w:val="24"/>
          <w:lang w:val="it-IT" w:eastAsia="ja-JP"/>
        </w:rPr>
      </w:pPr>
      <w:r w:rsidRPr="009F43CC">
        <w:rPr>
          <w:rFonts w:ascii="Arial" w:hAnsi="Arial" w:cs="Arial"/>
          <w:sz w:val="24"/>
          <w:szCs w:val="24"/>
          <w:lang w:val="it-IT" w:eastAsia="ja-JP"/>
        </w:rPr>
        <w:t>L’eventuale pubblicazione degli esiti della consultazione sarà effettuata nel rispetto della disciplina in materia di protezione dei dati personali, evitando la diffusione di dati personali non necessari rispetto alle finalità di trasparenza e partecipazione perseguite.</w:t>
      </w:r>
    </w:p>
    <w:p w14:paraId="0B5D8043" w14:textId="77777777" w:rsidR="004010F3" w:rsidRPr="009F43CC" w:rsidRDefault="004010F3" w:rsidP="004010F3">
      <w:pPr>
        <w:rPr>
          <w:rFonts w:cs="Arial"/>
          <w:sz w:val="24"/>
          <w:szCs w:val="24"/>
          <w:lang w:val="it-IT" w:eastAsia="ja-JP"/>
        </w:rPr>
      </w:pPr>
    </w:p>
    <w:p w14:paraId="302A8560" w14:textId="1FE766BF" w:rsidR="004010F3" w:rsidRPr="009F43CC" w:rsidRDefault="004010F3" w:rsidP="004010F3">
      <w:pPr>
        <w:rPr>
          <w:rFonts w:cs="Arial"/>
          <w:sz w:val="24"/>
          <w:szCs w:val="24"/>
          <w:lang w:val="it-IT"/>
        </w:rPr>
      </w:pPr>
      <w:r w:rsidRPr="009F43CC">
        <w:rPr>
          <w:rFonts w:cs="Arial"/>
          <w:sz w:val="24"/>
          <w:szCs w:val="24"/>
          <w:lang w:val="it-IT" w:eastAsia="ja-JP"/>
        </w:rPr>
        <w:t xml:space="preserve">Per informazioni o richieste relative al trattamento dei dati personali è possibile contattare ANEA S.r.l. all’indirizzo </w:t>
      </w:r>
      <w:r w:rsidRPr="009F43CC">
        <w:rPr>
          <w:rFonts w:cs="Arial"/>
          <w:b/>
          <w:bCs/>
          <w:sz w:val="24"/>
          <w:szCs w:val="24"/>
          <w:lang w:val="it-IT" w:eastAsia="ja-JP"/>
        </w:rPr>
        <w:t>privacy@anea.eu</w:t>
      </w:r>
      <w:r w:rsidRPr="009F43CC">
        <w:rPr>
          <w:rFonts w:cs="Arial"/>
          <w:sz w:val="24"/>
          <w:szCs w:val="24"/>
          <w:lang w:val="it-IT" w:eastAsia="ja-JP"/>
        </w:rPr>
        <w:t>.</w:t>
      </w:r>
    </w:p>
    <w:p w14:paraId="334DCFEA" w14:textId="1C7F8765" w:rsidR="00CB4802" w:rsidRPr="009F43CC" w:rsidRDefault="00CB4802" w:rsidP="004010F3">
      <w:pPr>
        <w:jc w:val="both"/>
        <w:rPr>
          <w:rFonts w:cs="Arial"/>
          <w:sz w:val="24"/>
          <w:szCs w:val="24"/>
          <w:lang w:val="it-IT"/>
        </w:rPr>
      </w:pPr>
    </w:p>
    <w:sectPr w:rsidR="00CB4802" w:rsidRPr="009F43CC" w:rsidSect="009F43CC">
      <w:footerReference w:type="default" r:id="rId8"/>
      <w:pgSz w:w="12240" w:h="15840"/>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E538E" w14:textId="77777777" w:rsidR="00B86B02" w:rsidRDefault="00B86B02">
      <w:pPr>
        <w:spacing w:after="0" w:line="240" w:lineRule="auto"/>
      </w:pPr>
      <w:r>
        <w:separator/>
      </w:r>
    </w:p>
  </w:endnote>
  <w:endnote w:type="continuationSeparator" w:id="0">
    <w:p w14:paraId="3FD8E7A4" w14:textId="77777777" w:rsidR="00B86B02" w:rsidRDefault="00B86B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92002" w14:textId="77777777" w:rsidR="00CB4802" w:rsidRDefault="00D1736A">
    <w:pPr>
      <w:pStyle w:val="Pidipagina"/>
      <w:jc w:val="center"/>
    </w:pPr>
    <w:proofErr w:type="spellStart"/>
    <w:r>
      <w:rPr>
        <w:sz w:val="16"/>
      </w:rPr>
      <w:t>Consultazione</w:t>
    </w:r>
    <w:proofErr w:type="spellEnd"/>
    <w:r>
      <w:rPr>
        <w:sz w:val="16"/>
      </w:rPr>
      <w:t xml:space="preserve"> </w:t>
    </w:r>
    <w:proofErr w:type="spellStart"/>
    <w:r>
      <w:rPr>
        <w:sz w:val="16"/>
      </w:rPr>
      <w:t>pubblica</w:t>
    </w:r>
    <w:proofErr w:type="spellEnd"/>
    <w:r>
      <w:rPr>
        <w:sz w:val="16"/>
      </w:rPr>
      <w:t xml:space="preserve"> PTPCT ANEA 2026-2028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A9AE8" w14:textId="77777777" w:rsidR="00B86B02" w:rsidRDefault="00B86B02">
      <w:pPr>
        <w:spacing w:after="0" w:line="240" w:lineRule="auto"/>
      </w:pPr>
      <w:r>
        <w:separator/>
      </w:r>
    </w:p>
  </w:footnote>
  <w:footnote w:type="continuationSeparator" w:id="0">
    <w:p w14:paraId="7D47AF36" w14:textId="77777777" w:rsidR="00B86B02" w:rsidRDefault="00B86B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241916330">
    <w:abstractNumId w:val="8"/>
  </w:num>
  <w:num w:numId="2" w16cid:durableId="2005819902">
    <w:abstractNumId w:val="6"/>
  </w:num>
  <w:num w:numId="3" w16cid:durableId="1088621698">
    <w:abstractNumId w:val="5"/>
  </w:num>
  <w:num w:numId="4" w16cid:durableId="1881942266">
    <w:abstractNumId w:val="4"/>
  </w:num>
  <w:num w:numId="5" w16cid:durableId="2062289517">
    <w:abstractNumId w:val="7"/>
  </w:num>
  <w:num w:numId="6" w16cid:durableId="191384093">
    <w:abstractNumId w:val="3"/>
  </w:num>
  <w:num w:numId="7" w16cid:durableId="192887416">
    <w:abstractNumId w:val="2"/>
  </w:num>
  <w:num w:numId="8" w16cid:durableId="51075607">
    <w:abstractNumId w:val="1"/>
  </w:num>
  <w:num w:numId="9" w16cid:durableId="991985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D2DF4"/>
    <w:rsid w:val="004010F3"/>
    <w:rsid w:val="004865F0"/>
    <w:rsid w:val="005C2865"/>
    <w:rsid w:val="009F43CC"/>
    <w:rsid w:val="00AA0085"/>
    <w:rsid w:val="00AA1D8D"/>
    <w:rsid w:val="00B47730"/>
    <w:rsid w:val="00B86B02"/>
    <w:rsid w:val="00CB0664"/>
    <w:rsid w:val="00CB4802"/>
    <w:rsid w:val="00D1736A"/>
    <w:rsid w:val="00E52063"/>
    <w:rsid w:val="00E74C6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27F923"/>
  <w14:defaultImageDpi w14:val="300"/>
  <w15:docId w15:val="{A614BA82-4508-4A2F-9F91-012B52CCA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00" w:line="259" w:lineRule="auto"/>
    </w:pPr>
    <w:rPr>
      <w:rFonts w:ascii="Arial" w:hAnsi="Arial"/>
      <w:sz w:val="21"/>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3</Pages>
  <Words>699</Words>
  <Characters>3988</Characters>
  <Application>Microsoft Office Word</Application>
  <DocSecurity>0</DocSecurity>
  <Lines>33</Lines>
  <Paragraphs>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4678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PC-NELLO</cp:lastModifiedBy>
  <cp:revision>6</cp:revision>
  <dcterms:created xsi:type="dcterms:W3CDTF">2013-12-23T23:15:00Z</dcterms:created>
  <dcterms:modified xsi:type="dcterms:W3CDTF">2026-10-01T09:48:00Z</dcterms:modified>
  <cp:category/>
</cp:coreProperties>
</file>